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1F597" w14:textId="0B915B82" w:rsidR="003E7702" w:rsidRPr="00CA71E6" w:rsidRDefault="00F150B1">
      <w:pPr>
        <w:jc w:val="center"/>
        <w:rPr>
          <w:lang w:val="ru-RU"/>
        </w:rPr>
      </w:pPr>
      <w:r w:rsidRPr="00CA71E6">
        <w:rPr>
          <w:b/>
          <w:sz w:val="28"/>
          <w:lang w:val="ru-RU"/>
        </w:rPr>
        <w:t>ОТЧЁТ</w:t>
      </w:r>
      <w:r w:rsidRPr="00CA71E6">
        <w:rPr>
          <w:b/>
          <w:sz w:val="28"/>
          <w:lang w:val="ru-RU"/>
        </w:rPr>
        <w:br/>
        <w:t>о деятельности советника директора по воспитанию и взаимодействию с детскими общественными объединениями</w:t>
      </w:r>
      <w:r w:rsidRPr="00CA71E6">
        <w:rPr>
          <w:b/>
          <w:sz w:val="28"/>
          <w:lang w:val="ru-RU"/>
        </w:rPr>
        <w:br/>
        <w:t xml:space="preserve">за </w:t>
      </w:r>
      <w:r w:rsidR="00AE1A9B">
        <w:rPr>
          <w:b/>
          <w:sz w:val="28"/>
          <w:lang w:val="ru-RU"/>
        </w:rPr>
        <w:t xml:space="preserve">апрель-май </w:t>
      </w:r>
      <w:r w:rsidRPr="00CA71E6">
        <w:rPr>
          <w:b/>
          <w:sz w:val="28"/>
          <w:lang w:val="ru-RU"/>
        </w:rPr>
        <w:t>2026 учебн</w:t>
      </w:r>
      <w:r w:rsidR="00AE1A9B">
        <w:rPr>
          <w:b/>
          <w:sz w:val="28"/>
          <w:lang w:val="ru-RU"/>
        </w:rPr>
        <w:t>ого года</w:t>
      </w:r>
    </w:p>
    <w:p w14:paraId="1AF77780" w14:textId="77777777" w:rsidR="003E7702" w:rsidRPr="00CA71E6" w:rsidRDefault="00F150B1">
      <w:pPr>
        <w:jc w:val="center"/>
        <w:rPr>
          <w:lang w:val="ru-RU"/>
        </w:rPr>
      </w:pPr>
      <w:r w:rsidRPr="00CA71E6">
        <w:rPr>
          <w:lang w:val="ru-RU"/>
        </w:rPr>
        <w:t>для рассмотрения на педагогическом совете</w:t>
      </w:r>
    </w:p>
    <w:p w14:paraId="22B03495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1. Общая информация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3E7702" w14:paraId="5EFB6D50" w14:textId="77777777" w:rsidTr="00CA71E6">
        <w:trPr>
          <w:jc w:val="center"/>
        </w:trPr>
        <w:tc>
          <w:tcPr>
            <w:tcW w:w="5071" w:type="dxa"/>
            <w:shd w:val="clear" w:color="auto" w:fill="FFFFFF" w:themeFill="background1"/>
            <w:vAlign w:val="center"/>
          </w:tcPr>
          <w:p w14:paraId="01ED8E0A" w14:textId="77777777" w:rsidR="003E7702" w:rsidRPr="00CA71E6" w:rsidRDefault="00F150B1">
            <w:pPr>
              <w:spacing w:after="0"/>
              <w:jc w:val="center"/>
              <w:rPr>
                <w:lang w:val="ru-RU"/>
              </w:rPr>
            </w:pPr>
            <w:r w:rsidRPr="00CA71E6">
              <w:rPr>
                <w:b/>
                <w:sz w:val="20"/>
                <w:lang w:val="ru-RU"/>
              </w:rPr>
              <w:t>ФИО советника директора по воспитанию</w:t>
            </w:r>
          </w:p>
        </w:tc>
        <w:tc>
          <w:tcPr>
            <w:tcW w:w="5071" w:type="dxa"/>
            <w:shd w:val="clear" w:color="auto" w:fill="FFFFFF" w:themeFill="background1"/>
            <w:vAlign w:val="center"/>
          </w:tcPr>
          <w:p w14:paraId="116EB3FB" w14:textId="399C819C" w:rsidR="003E7702" w:rsidRPr="00AE1A9B" w:rsidRDefault="00AE1A9B" w:rsidP="00AE1A9B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Коржова Я.Е.</w:t>
            </w:r>
          </w:p>
        </w:tc>
      </w:tr>
      <w:tr w:rsidR="003E7702" w:rsidRPr="00AE1A9B" w14:paraId="31748103" w14:textId="77777777" w:rsidTr="00CA71E6">
        <w:trPr>
          <w:jc w:val="center"/>
        </w:trPr>
        <w:tc>
          <w:tcPr>
            <w:tcW w:w="5071" w:type="dxa"/>
            <w:shd w:val="clear" w:color="auto" w:fill="FFFFFF" w:themeFill="background1"/>
            <w:vAlign w:val="center"/>
          </w:tcPr>
          <w:p w14:paraId="6E9D91B1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Должность</w:t>
            </w:r>
            <w:proofErr w:type="spellEnd"/>
          </w:p>
        </w:tc>
        <w:tc>
          <w:tcPr>
            <w:tcW w:w="5071" w:type="dxa"/>
            <w:shd w:val="clear" w:color="auto" w:fill="FFFFFF" w:themeFill="background1"/>
            <w:vAlign w:val="center"/>
          </w:tcPr>
          <w:p w14:paraId="2DEB2844" w14:textId="77777777" w:rsidR="003E7702" w:rsidRPr="00CA71E6" w:rsidRDefault="00F150B1">
            <w:pPr>
              <w:spacing w:after="0"/>
              <w:rPr>
                <w:lang w:val="ru-RU"/>
              </w:rPr>
            </w:pPr>
            <w:r w:rsidRPr="00CA71E6">
              <w:rPr>
                <w:sz w:val="20"/>
                <w:lang w:val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E7702" w14:paraId="28C060DF" w14:textId="77777777" w:rsidTr="00CA71E6">
        <w:trPr>
          <w:jc w:val="center"/>
        </w:trPr>
        <w:tc>
          <w:tcPr>
            <w:tcW w:w="5071" w:type="dxa"/>
            <w:shd w:val="clear" w:color="auto" w:fill="FFFFFF" w:themeFill="background1"/>
            <w:vAlign w:val="center"/>
          </w:tcPr>
          <w:p w14:paraId="5D860E6E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Образовательная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организация</w:t>
            </w:r>
            <w:proofErr w:type="spellEnd"/>
          </w:p>
        </w:tc>
        <w:tc>
          <w:tcPr>
            <w:tcW w:w="5071" w:type="dxa"/>
            <w:shd w:val="clear" w:color="auto" w:fill="FFFFFF" w:themeFill="background1"/>
            <w:vAlign w:val="center"/>
          </w:tcPr>
          <w:p w14:paraId="7AE47098" w14:textId="603E7305" w:rsidR="003E7702" w:rsidRPr="00AE1A9B" w:rsidRDefault="00AE1A9B">
            <w:pPr>
              <w:spacing w:after="0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МБОУ </w:t>
            </w:r>
            <w:proofErr w:type="spellStart"/>
            <w:r>
              <w:rPr>
                <w:sz w:val="20"/>
                <w:lang w:val="ru-RU"/>
              </w:rPr>
              <w:t>Уютненская</w:t>
            </w:r>
            <w:proofErr w:type="spellEnd"/>
            <w:r>
              <w:rPr>
                <w:sz w:val="20"/>
                <w:lang w:val="ru-RU"/>
              </w:rPr>
              <w:t xml:space="preserve"> СОШ</w:t>
            </w:r>
          </w:p>
        </w:tc>
      </w:tr>
    </w:tbl>
    <w:p w14:paraId="775102FB" w14:textId="77777777" w:rsidR="003E7702" w:rsidRDefault="00F150B1">
      <w:pPr>
        <w:spacing w:before="100" w:after="80"/>
      </w:pPr>
      <w:r>
        <w:rPr>
          <w:b/>
        </w:rPr>
        <w:t xml:space="preserve">2. </w:t>
      </w:r>
      <w:proofErr w:type="spellStart"/>
      <w:r>
        <w:rPr>
          <w:b/>
        </w:rPr>
        <w:t>Цель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</w:p>
    <w:p w14:paraId="79EC4B52" w14:textId="7777777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Цель деятельности советника директора по воспитанию в 2025–2026 учебном году — создание условий для развития воспитательной среды образовательной организации, формирования у обучающихся гражданской идентичности, социальной активности, духовно-нравственных ценностей, уважения к истории и культуре России, а также вовлечения детей в деятельность детских общественных объединений и социально значимые инициативы.</w:t>
      </w:r>
    </w:p>
    <w:p w14:paraId="7912779B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реализация календарного плана воспитательной работы образовательной организации и участие в проведении Дней единых действий;</w:t>
      </w:r>
    </w:p>
    <w:p w14:paraId="54836806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сопровождение деятельности первичного отделения РДДМ «Движение Первых», Совета Первых, программы «Орлята России», отряда «</w:t>
      </w:r>
      <w:proofErr w:type="spellStart"/>
      <w:r w:rsidRPr="00CA71E6">
        <w:rPr>
          <w:lang w:val="ru-RU"/>
        </w:rPr>
        <w:t>Юнармия</w:t>
      </w:r>
      <w:proofErr w:type="spellEnd"/>
      <w:r w:rsidRPr="00CA71E6">
        <w:rPr>
          <w:lang w:val="ru-RU"/>
        </w:rPr>
        <w:t xml:space="preserve">», волонтёрского объединения </w:t>
      </w:r>
      <w:proofErr w:type="spellStart"/>
      <w:r w:rsidRPr="00CA71E6">
        <w:rPr>
          <w:lang w:val="ru-RU"/>
        </w:rPr>
        <w:t>Добро.РФ</w:t>
      </w:r>
      <w:proofErr w:type="spellEnd"/>
      <w:r w:rsidRPr="00CA71E6">
        <w:rPr>
          <w:lang w:val="ru-RU"/>
        </w:rPr>
        <w:t>, юннатского и экологического направления;</w:t>
      </w:r>
    </w:p>
    <w:p w14:paraId="503A8B9D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 xml:space="preserve">• развитие Центра детских инициатив, ученического самоуправления, школьного </w:t>
      </w:r>
      <w:proofErr w:type="spellStart"/>
      <w:r w:rsidRPr="00CA71E6">
        <w:rPr>
          <w:lang w:val="ru-RU"/>
        </w:rPr>
        <w:t>медиацентра</w:t>
      </w:r>
      <w:proofErr w:type="spellEnd"/>
      <w:r w:rsidRPr="00CA71E6">
        <w:rPr>
          <w:lang w:val="ru-RU"/>
        </w:rPr>
        <w:t xml:space="preserve"> и активистского сообщества обучающихся;</w:t>
      </w:r>
    </w:p>
    <w:p w14:paraId="710AF347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организация и сопровождение мероприятий гражданско-патриотической, духовно-нравственной, экологической, культурно-просветительской, профориентационной и спортивно-оздоровительной направленности;</w:t>
      </w:r>
    </w:p>
    <w:p w14:paraId="4C23E48D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методическое взаимодействие с классными руководителями, педагогами, родительской общественностью, муниципальными и региональными партнёрами;</w:t>
      </w:r>
    </w:p>
    <w:p w14:paraId="1803D582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информационное сопровождение воспитательных событий в официальных информационных ресурсах образовательной организации.</w:t>
      </w:r>
    </w:p>
    <w:p w14:paraId="66229F5C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3. Обучение и повышение квалификации</w:t>
      </w:r>
    </w:p>
    <w:p w14:paraId="59488308" w14:textId="4C56BA9D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В течение отчётного периода советник директора по воспитанию повышал</w:t>
      </w:r>
      <w:r w:rsidR="00A10883">
        <w:rPr>
          <w:lang w:val="ru-RU"/>
        </w:rPr>
        <w:t>а</w:t>
      </w:r>
      <w:r w:rsidRPr="00CA71E6">
        <w:rPr>
          <w:lang w:val="ru-RU"/>
        </w:rPr>
        <w:t xml:space="preserve"> профессиональную компетентность, изучал</w:t>
      </w:r>
      <w:r w:rsidR="00A10883">
        <w:rPr>
          <w:lang w:val="ru-RU"/>
        </w:rPr>
        <w:t>а</w:t>
      </w:r>
      <w:r w:rsidRPr="00CA71E6">
        <w:rPr>
          <w:lang w:val="ru-RU"/>
        </w:rPr>
        <w:t xml:space="preserve"> методические материалы </w:t>
      </w:r>
      <w:proofErr w:type="spellStart"/>
      <w:r w:rsidRPr="00CA71E6">
        <w:rPr>
          <w:lang w:val="ru-RU"/>
        </w:rPr>
        <w:t>Росдетцентра</w:t>
      </w:r>
      <w:proofErr w:type="spellEnd"/>
      <w:r w:rsidRPr="00CA71E6">
        <w:rPr>
          <w:lang w:val="ru-RU"/>
        </w:rPr>
        <w:t>, Движения Первых, региональных и муниципальных методических служб, принимал</w:t>
      </w:r>
      <w:r w:rsidR="00A10883">
        <w:rPr>
          <w:lang w:val="ru-RU"/>
        </w:rPr>
        <w:t>а</w:t>
      </w:r>
      <w:bookmarkStart w:id="0" w:name="_GoBack"/>
      <w:bookmarkEnd w:id="0"/>
      <w:r w:rsidRPr="00CA71E6">
        <w:rPr>
          <w:lang w:val="ru-RU"/>
        </w:rPr>
        <w:t xml:space="preserve"> участие в обучающих мероприятиях, совещаниях и методических консультациях.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49"/>
        <w:gridCol w:w="2449"/>
        <w:gridCol w:w="2375"/>
        <w:gridCol w:w="3186"/>
      </w:tblGrid>
      <w:tr w:rsidR="00AE1A9B" w14:paraId="4E6A311B" w14:textId="77777777" w:rsidTr="00AE1A9B">
        <w:trPr>
          <w:tblHeader/>
          <w:jc w:val="center"/>
        </w:trPr>
        <w:tc>
          <w:tcPr>
            <w:tcW w:w="2349" w:type="dxa"/>
            <w:vAlign w:val="center"/>
          </w:tcPr>
          <w:p w14:paraId="4DD7B85A" w14:textId="77777777" w:rsidR="003E7702" w:rsidRDefault="00F150B1">
            <w:pPr>
              <w:spacing w:after="0"/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9" w:type="dxa"/>
            <w:vAlign w:val="center"/>
          </w:tcPr>
          <w:p w14:paraId="67C8247E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курсов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мероприятия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организации</w:t>
            </w:r>
            <w:proofErr w:type="spellEnd"/>
          </w:p>
        </w:tc>
        <w:tc>
          <w:tcPr>
            <w:tcW w:w="2375" w:type="dxa"/>
            <w:vAlign w:val="center"/>
          </w:tcPr>
          <w:p w14:paraId="042CE0C6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Дата</w:t>
            </w:r>
            <w:proofErr w:type="spellEnd"/>
          </w:p>
        </w:tc>
        <w:tc>
          <w:tcPr>
            <w:tcW w:w="3186" w:type="dxa"/>
            <w:vAlign w:val="center"/>
          </w:tcPr>
          <w:p w14:paraId="48B7CE17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Документ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результат</w:t>
            </w:r>
            <w:proofErr w:type="spellEnd"/>
          </w:p>
        </w:tc>
      </w:tr>
      <w:tr w:rsidR="00AE1A9B" w14:paraId="1E37378C" w14:textId="77777777" w:rsidTr="00AE1A9B">
        <w:trPr>
          <w:jc w:val="center"/>
        </w:trPr>
        <w:tc>
          <w:tcPr>
            <w:tcW w:w="2349" w:type="dxa"/>
            <w:vAlign w:val="center"/>
          </w:tcPr>
          <w:p w14:paraId="5AEAB019" w14:textId="77777777" w:rsidR="003E7702" w:rsidRDefault="00F150B1">
            <w:pPr>
              <w:spacing w:after="0"/>
              <w:jc w:val="center"/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14:paraId="7872A05F" w14:textId="78A3731D" w:rsidR="003E7702" w:rsidRPr="00AE1A9B" w:rsidRDefault="00AE1A9B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Российский Детско-юношеский центр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14:paraId="607F4EED" w14:textId="269E113C" w:rsidR="003E7702" w:rsidRPr="00AE1A9B" w:rsidRDefault="00AE1A9B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3186" w:type="dxa"/>
            <w:shd w:val="clear" w:color="auto" w:fill="FFFFFF" w:themeFill="background1"/>
            <w:vAlign w:val="center"/>
          </w:tcPr>
          <w:p w14:paraId="0F03C207" w14:textId="6FA9420A" w:rsidR="003E7702" w:rsidRDefault="00AE1A9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B5766BA" wp14:editId="606504BC">
                  <wp:extent cx="1885315" cy="1321376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ертификат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93" cy="1335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B1C865" w14:textId="09780EC1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4. Ключевые воспитательные события и Дни единых действий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2060"/>
        <w:gridCol w:w="4475"/>
        <w:gridCol w:w="2171"/>
      </w:tblGrid>
      <w:tr w:rsidR="001C6E8C" w:rsidRPr="00AE1A9B" w14:paraId="714E9379" w14:textId="17EEBBEF" w:rsidTr="00A759DB">
        <w:trPr>
          <w:tblHeader/>
          <w:jc w:val="center"/>
        </w:trPr>
        <w:tc>
          <w:tcPr>
            <w:tcW w:w="1653" w:type="dxa"/>
            <w:vAlign w:val="center"/>
          </w:tcPr>
          <w:p w14:paraId="77618D4D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Дата</w:t>
            </w:r>
            <w:proofErr w:type="spellEnd"/>
          </w:p>
        </w:tc>
        <w:tc>
          <w:tcPr>
            <w:tcW w:w="2060" w:type="dxa"/>
            <w:vAlign w:val="center"/>
          </w:tcPr>
          <w:p w14:paraId="7476AF2B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Событие</w:t>
            </w:r>
            <w:proofErr w:type="spellEnd"/>
          </w:p>
        </w:tc>
        <w:tc>
          <w:tcPr>
            <w:tcW w:w="4475" w:type="dxa"/>
            <w:vAlign w:val="center"/>
          </w:tcPr>
          <w:p w14:paraId="082AE98E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Краткое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содержание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результат</w:t>
            </w:r>
            <w:proofErr w:type="spellEnd"/>
          </w:p>
        </w:tc>
        <w:tc>
          <w:tcPr>
            <w:tcW w:w="2171" w:type="dxa"/>
          </w:tcPr>
          <w:p w14:paraId="3CAC90E6" w14:textId="54CD1D08" w:rsidR="001C6E8C" w:rsidRPr="001C6E8C" w:rsidRDefault="001C6E8C">
            <w:pPr>
              <w:spacing w:after="0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 xml:space="preserve">Ссылка на пост в </w:t>
            </w:r>
            <w:proofErr w:type="spellStart"/>
            <w:r>
              <w:rPr>
                <w:b/>
                <w:sz w:val="18"/>
                <w:lang w:val="ru-RU"/>
              </w:rPr>
              <w:t>госпаблике</w:t>
            </w:r>
            <w:proofErr w:type="spellEnd"/>
          </w:p>
        </w:tc>
      </w:tr>
      <w:tr w:rsidR="001C6E8C" w:rsidRPr="00AE1A9B" w14:paraId="33B5AFB9" w14:textId="42C67102" w:rsidTr="00A759DB">
        <w:trPr>
          <w:jc w:val="center"/>
        </w:trPr>
        <w:tc>
          <w:tcPr>
            <w:tcW w:w="1653" w:type="dxa"/>
            <w:vAlign w:val="center"/>
          </w:tcPr>
          <w:p w14:paraId="64964C3E" w14:textId="21D609E9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>1</w:t>
            </w:r>
            <w:r w:rsidR="0054557B">
              <w:rPr>
                <w:sz w:val="16"/>
                <w:lang w:val="ru-RU"/>
              </w:rPr>
              <w:t>8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февраля</w:t>
            </w:r>
            <w:proofErr w:type="spellEnd"/>
          </w:p>
        </w:tc>
        <w:tc>
          <w:tcPr>
            <w:tcW w:w="2060" w:type="dxa"/>
            <w:vAlign w:val="center"/>
          </w:tcPr>
          <w:p w14:paraId="74F7E4DA" w14:textId="5A2A4B08" w:rsidR="001C6E8C" w:rsidRPr="0054557B" w:rsidRDefault="0054557B" w:rsidP="0054557B">
            <w:pPr>
              <w:jc w:val="center"/>
              <w:rPr>
                <w:sz w:val="16"/>
                <w:lang w:val="ru-RU"/>
              </w:rPr>
            </w:pPr>
            <w:r w:rsidRPr="0054557B">
              <w:rPr>
                <w:sz w:val="16"/>
                <w:lang w:val="ru-RU"/>
              </w:rPr>
              <w:t>Крымская весна</w:t>
            </w:r>
          </w:p>
        </w:tc>
        <w:tc>
          <w:tcPr>
            <w:tcW w:w="4475" w:type="dxa"/>
            <w:vAlign w:val="center"/>
          </w:tcPr>
          <w:p w14:paraId="65136279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Проведены уроки мужества, беседы, встречи и мероприятия, посвящённые воинскому долгу и памяти.</w:t>
            </w:r>
          </w:p>
        </w:tc>
        <w:tc>
          <w:tcPr>
            <w:tcW w:w="2171" w:type="dxa"/>
          </w:tcPr>
          <w:p w14:paraId="3D7F1994" w14:textId="77777777" w:rsidR="001C6E8C" w:rsidRDefault="0054557B">
            <w:pPr>
              <w:spacing w:after="0"/>
              <w:rPr>
                <w:sz w:val="16"/>
                <w:lang w:val="ru-RU"/>
              </w:rPr>
            </w:pPr>
            <w:hyperlink r:id="rId9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https://vk.com/wall-195695333_3380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  <w:p w14:paraId="0DBDB433" w14:textId="77777777" w:rsidR="0054557B" w:rsidRDefault="0054557B">
            <w:pPr>
              <w:spacing w:after="0"/>
              <w:rPr>
                <w:sz w:val="16"/>
                <w:lang w:val="ru-RU"/>
              </w:rPr>
            </w:pPr>
            <w:hyperlink r:id="rId10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https://vk.com/wall-195695333_3376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  <w:p w14:paraId="51EA1F1D" w14:textId="2CD83AB4" w:rsidR="0054557B" w:rsidRPr="00CA71E6" w:rsidRDefault="0054557B">
            <w:pPr>
              <w:spacing w:after="0"/>
              <w:rPr>
                <w:sz w:val="16"/>
                <w:lang w:val="ru-RU"/>
              </w:rPr>
            </w:pPr>
            <w:hyperlink r:id="rId11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https://vk.com/wall-195695333_3379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5F1CAFEB" w14:textId="6E9BFA82" w:rsidTr="00A759DB">
        <w:trPr>
          <w:jc w:val="center"/>
        </w:trPr>
        <w:tc>
          <w:tcPr>
            <w:tcW w:w="1653" w:type="dxa"/>
            <w:vAlign w:val="center"/>
          </w:tcPr>
          <w:p w14:paraId="0D57E07F" w14:textId="5D62FA73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>2</w:t>
            </w:r>
            <w:r w:rsidR="0054557B">
              <w:rPr>
                <w:sz w:val="16"/>
                <w:lang w:val="ru-RU"/>
              </w:rPr>
              <w:t>5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февраля</w:t>
            </w:r>
            <w:proofErr w:type="spellEnd"/>
          </w:p>
        </w:tc>
        <w:tc>
          <w:tcPr>
            <w:tcW w:w="2060" w:type="dxa"/>
            <w:vAlign w:val="center"/>
          </w:tcPr>
          <w:p w14:paraId="7F4C1E9B" w14:textId="66DE93EA" w:rsidR="001C6E8C" w:rsidRPr="0054557B" w:rsidRDefault="0054557B">
            <w:pPr>
              <w:spacing w:after="0"/>
              <w:jc w:val="center"/>
              <w:rPr>
                <w:lang w:val="ru-RU"/>
              </w:rPr>
            </w:pPr>
            <w:r>
              <w:rPr>
                <w:sz w:val="16"/>
                <w:lang w:val="ru-RU"/>
              </w:rPr>
              <w:t>Связь поколений</w:t>
            </w:r>
          </w:p>
        </w:tc>
        <w:tc>
          <w:tcPr>
            <w:tcW w:w="4475" w:type="dxa"/>
            <w:vAlign w:val="center"/>
          </w:tcPr>
          <w:p w14:paraId="263F2289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 xml:space="preserve">Проведены спортивные, патриотические и творческие мероприятия с участием обучающихся, </w:t>
            </w:r>
            <w:proofErr w:type="spellStart"/>
            <w:r w:rsidRPr="00CA71E6">
              <w:rPr>
                <w:sz w:val="16"/>
                <w:lang w:val="ru-RU"/>
              </w:rPr>
              <w:t>Юнармии</w:t>
            </w:r>
            <w:proofErr w:type="spellEnd"/>
            <w:r w:rsidRPr="00CA71E6">
              <w:rPr>
                <w:sz w:val="16"/>
                <w:lang w:val="ru-RU"/>
              </w:rPr>
              <w:t xml:space="preserve"> и школьного актива.</w:t>
            </w:r>
          </w:p>
        </w:tc>
        <w:tc>
          <w:tcPr>
            <w:tcW w:w="2171" w:type="dxa"/>
          </w:tcPr>
          <w:p w14:paraId="70E64196" w14:textId="29B90204" w:rsidR="001C6E8C" w:rsidRPr="00CA71E6" w:rsidRDefault="0054557B">
            <w:pPr>
              <w:spacing w:after="0"/>
              <w:rPr>
                <w:sz w:val="16"/>
                <w:lang w:val="ru-RU"/>
              </w:rPr>
            </w:pPr>
            <w:hyperlink r:id="rId12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https://vk.com/wall-195695333_3400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54557B" w:rsidRPr="00AE1A9B" w14:paraId="76775E96" w14:textId="77777777" w:rsidTr="00A759DB">
        <w:trPr>
          <w:jc w:val="center"/>
        </w:trPr>
        <w:tc>
          <w:tcPr>
            <w:tcW w:w="1653" w:type="dxa"/>
            <w:vAlign w:val="center"/>
          </w:tcPr>
          <w:p w14:paraId="3338B30A" w14:textId="17FB89DA" w:rsidR="0054557B" w:rsidRP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7 апреля</w:t>
            </w:r>
          </w:p>
        </w:tc>
        <w:tc>
          <w:tcPr>
            <w:tcW w:w="2060" w:type="dxa"/>
            <w:vAlign w:val="center"/>
          </w:tcPr>
          <w:p w14:paraId="21394619" w14:textId="3985E293" w:rsid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proofErr w:type="spellStart"/>
            <w:r w:rsidRPr="0054557B">
              <w:rPr>
                <w:sz w:val="16"/>
              </w:rPr>
              <w:t>Укрепляй</w:t>
            </w:r>
            <w:proofErr w:type="spellEnd"/>
            <w:r w:rsidRPr="0054557B">
              <w:rPr>
                <w:sz w:val="16"/>
              </w:rPr>
              <w:t xml:space="preserve"> </w:t>
            </w:r>
            <w:proofErr w:type="spellStart"/>
            <w:r w:rsidRPr="0054557B">
              <w:rPr>
                <w:sz w:val="16"/>
              </w:rPr>
              <w:t>здоровье</w:t>
            </w:r>
            <w:proofErr w:type="spellEnd"/>
          </w:p>
        </w:tc>
        <w:tc>
          <w:tcPr>
            <w:tcW w:w="4475" w:type="dxa"/>
            <w:vAlign w:val="center"/>
          </w:tcPr>
          <w:p w14:paraId="2D430127" w14:textId="7574CC2B" w:rsidR="0054557B" w:rsidRPr="00CA71E6" w:rsidRDefault="00F3505C">
            <w:pPr>
              <w:spacing w:after="0"/>
              <w:rPr>
                <w:sz w:val="16"/>
                <w:lang w:val="ru-RU"/>
              </w:rPr>
            </w:pPr>
            <w:r w:rsidRPr="00F3505C">
              <w:rPr>
                <w:sz w:val="16"/>
                <w:lang w:val="ru-RU"/>
              </w:rPr>
              <w:t>Организованы спортивные активности, зарядки, эстафеты и мероприятия по формированию культуры здорового образа жизни.</w:t>
            </w:r>
          </w:p>
        </w:tc>
        <w:tc>
          <w:tcPr>
            <w:tcW w:w="2171" w:type="dxa"/>
          </w:tcPr>
          <w:p w14:paraId="7E90075C" w14:textId="759653FA" w:rsidR="0054557B" w:rsidRDefault="0054557B">
            <w:pPr>
              <w:spacing w:after="0"/>
              <w:rPr>
                <w:sz w:val="16"/>
                <w:lang w:val="ru-RU"/>
              </w:rPr>
            </w:pPr>
            <w:hyperlink r:id="rId13" w:history="1">
              <w:r w:rsidRPr="00A22E70">
                <w:rPr>
                  <w:rStyle w:val="aff8"/>
                  <w:sz w:val="16"/>
                  <w:lang w:val="ru-RU"/>
                </w:rPr>
                <w:t>https://vk.com/wall-234289173_53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54557B" w:rsidRPr="00AE1A9B" w14:paraId="47855312" w14:textId="77777777" w:rsidTr="00A759DB">
        <w:trPr>
          <w:jc w:val="center"/>
        </w:trPr>
        <w:tc>
          <w:tcPr>
            <w:tcW w:w="1653" w:type="dxa"/>
            <w:vAlign w:val="center"/>
          </w:tcPr>
          <w:p w14:paraId="477EF25B" w14:textId="5E00D6EE" w:rsidR="0054557B" w:rsidRP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14 апреля</w:t>
            </w:r>
          </w:p>
        </w:tc>
        <w:tc>
          <w:tcPr>
            <w:tcW w:w="2060" w:type="dxa"/>
            <w:vAlign w:val="center"/>
          </w:tcPr>
          <w:p w14:paraId="6C245D01" w14:textId="593CC675" w:rsidR="0054557B" w:rsidRP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День географии</w:t>
            </w:r>
          </w:p>
        </w:tc>
        <w:tc>
          <w:tcPr>
            <w:tcW w:w="4475" w:type="dxa"/>
            <w:vAlign w:val="center"/>
          </w:tcPr>
          <w:p w14:paraId="4A10E84C" w14:textId="502D2F41" w:rsidR="0054557B" w:rsidRPr="00CA71E6" w:rsidRDefault="0054557B">
            <w:pPr>
              <w:spacing w:after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Организовано тематическое мероприятие</w:t>
            </w:r>
          </w:p>
        </w:tc>
        <w:tc>
          <w:tcPr>
            <w:tcW w:w="2171" w:type="dxa"/>
          </w:tcPr>
          <w:p w14:paraId="05AC8C0C" w14:textId="738C55E6" w:rsidR="0054557B" w:rsidRPr="00CA71E6" w:rsidRDefault="0054557B">
            <w:pPr>
              <w:spacing w:after="0"/>
              <w:rPr>
                <w:sz w:val="16"/>
                <w:lang w:val="ru-RU"/>
              </w:rPr>
            </w:pPr>
            <w:hyperlink r:id="rId14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https://vk.com/wall-195695333_3464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54557B" w:rsidRPr="00AE1A9B" w14:paraId="14991891" w14:textId="77777777" w:rsidTr="00A759DB">
        <w:trPr>
          <w:jc w:val="center"/>
        </w:trPr>
        <w:tc>
          <w:tcPr>
            <w:tcW w:w="1653" w:type="dxa"/>
            <w:vAlign w:val="center"/>
          </w:tcPr>
          <w:p w14:paraId="44CC6DE0" w14:textId="5199C099" w:rsidR="0054557B" w:rsidRP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15 апреля</w:t>
            </w:r>
          </w:p>
        </w:tc>
        <w:tc>
          <w:tcPr>
            <w:tcW w:w="2060" w:type="dxa"/>
            <w:vAlign w:val="center"/>
          </w:tcPr>
          <w:p w14:paraId="719FF287" w14:textId="25E237CE" w:rsidR="0054557B" w:rsidRPr="0054557B" w:rsidRDefault="0054557B">
            <w:pPr>
              <w:spacing w:after="0"/>
              <w:jc w:val="center"/>
              <w:rPr>
                <w:sz w:val="16"/>
                <w:lang w:val="ru-RU"/>
              </w:rPr>
            </w:pPr>
            <w:r w:rsidRPr="0054557B">
              <w:rPr>
                <w:sz w:val="16"/>
                <w:lang w:val="ru-RU"/>
              </w:rPr>
              <w:t>День памяти жертв геноцида советского народа</w:t>
            </w:r>
          </w:p>
        </w:tc>
        <w:tc>
          <w:tcPr>
            <w:tcW w:w="4475" w:type="dxa"/>
            <w:vAlign w:val="center"/>
          </w:tcPr>
          <w:p w14:paraId="2028222D" w14:textId="04E169C4" w:rsidR="0054557B" w:rsidRPr="00CA71E6" w:rsidRDefault="00F3505C">
            <w:pPr>
              <w:spacing w:after="0"/>
              <w:rPr>
                <w:sz w:val="16"/>
                <w:lang w:val="ru-RU"/>
              </w:rPr>
            </w:pPr>
            <w:r w:rsidRPr="00F3505C">
              <w:rPr>
                <w:sz w:val="16"/>
                <w:lang w:val="ru-RU"/>
              </w:rPr>
              <w:t>Проведены уроки памяти и мероприятия, направленные на сохранение исторической правды.</w:t>
            </w:r>
          </w:p>
        </w:tc>
        <w:tc>
          <w:tcPr>
            <w:tcW w:w="2171" w:type="dxa"/>
          </w:tcPr>
          <w:p w14:paraId="3EB3D903" w14:textId="1766D71A" w:rsidR="0054557B" w:rsidRPr="00CA71E6" w:rsidRDefault="0054557B">
            <w:pPr>
              <w:spacing w:after="0"/>
              <w:rPr>
                <w:sz w:val="16"/>
                <w:lang w:val="ru-RU"/>
              </w:rPr>
            </w:pPr>
            <w:hyperlink r:id="rId15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https://vk.com/wall-195695333_3468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F3505C" w:rsidRPr="00AE1A9B" w14:paraId="703307C5" w14:textId="77777777" w:rsidTr="00A759DB">
        <w:trPr>
          <w:jc w:val="center"/>
        </w:trPr>
        <w:tc>
          <w:tcPr>
            <w:tcW w:w="1653" w:type="dxa"/>
            <w:vAlign w:val="center"/>
          </w:tcPr>
          <w:p w14:paraId="1079A4B7" w14:textId="68319B74" w:rsid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27 апреля</w:t>
            </w:r>
          </w:p>
        </w:tc>
        <w:tc>
          <w:tcPr>
            <w:tcW w:w="2060" w:type="dxa"/>
            <w:vAlign w:val="center"/>
          </w:tcPr>
          <w:p w14:paraId="25B0AE30" w14:textId="7C796F0B" w:rsidR="00F3505C" w:rsidRPr="0054557B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Акция «Дон Помнит!»</w:t>
            </w:r>
          </w:p>
        </w:tc>
        <w:tc>
          <w:tcPr>
            <w:tcW w:w="4475" w:type="dxa"/>
            <w:vAlign w:val="center"/>
          </w:tcPr>
          <w:p w14:paraId="061739A3" w14:textId="58F7905D" w:rsidR="00F3505C" w:rsidRDefault="00F3505C">
            <w:pPr>
              <w:spacing w:after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</w:t>
            </w:r>
            <w:r w:rsidRPr="00F3505C">
              <w:rPr>
                <w:sz w:val="16"/>
                <w:lang w:val="ru-RU"/>
              </w:rPr>
              <w:t>ровела масштабную работу по благоустройству захоронений участников Великой Отечественной войны на местном кладбище</w:t>
            </w:r>
          </w:p>
        </w:tc>
        <w:tc>
          <w:tcPr>
            <w:tcW w:w="2171" w:type="dxa"/>
          </w:tcPr>
          <w:p w14:paraId="440ADFA8" w14:textId="4185137B" w:rsidR="00F3505C" w:rsidRDefault="00F3505C">
            <w:pPr>
              <w:spacing w:after="0"/>
              <w:rPr>
                <w:sz w:val="16"/>
                <w:lang w:val="ru-RU"/>
              </w:rPr>
            </w:pPr>
            <w:hyperlink r:id="rId16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https://vk.com/wall-195695333_3501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7F35BF6B" w14:textId="7BA1B026" w:rsidTr="00A759DB">
        <w:trPr>
          <w:jc w:val="center"/>
        </w:trPr>
        <w:tc>
          <w:tcPr>
            <w:tcW w:w="1653" w:type="dxa"/>
            <w:vAlign w:val="center"/>
          </w:tcPr>
          <w:p w14:paraId="32584D99" w14:textId="77777777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 xml:space="preserve">1 </w:t>
            </w:r>
            <w:proofErr w:type="spellStart"/>
            <w:r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00A5BF3A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Праздник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Весны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Труда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475" w:type="dxa"/>
            <w:vAlign w:val="center"/>
          </w:tcPr>
          <w:p w14:paraId="71A5C2F9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Организованы праздничные, трудовые, творческие и социально значимые активности.</w:t>
            </w:r>
          </w:p>
        </w:tc>
        <w:tc>
          <w:tcPr>
            <w:tcW w:w="2171" w:type="dxa"/>
          </w:tcPr>
          <w:p w14:paraId="04EFA9A7" w14:textId="72BF7D28" w:rsidR="001C6E8C" w:rsidRPr="00CA71E6" w:rsidRDefault="00F3505C">
            <w:pPr>
              <w:spacing w:after="0"/>
              <w:rPr>
                <w:sz w:val="16"/>
                <w:lang w:val="ru-RU"/>
              </w:rPr>
            </w:pPr>
            <w:hyperlink r:id="rId17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https://vk.com/wall-195695333_3504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F3505C" w:rsidRPr="00AE1A9B" w14:paraId="03FF47F8" w14:textId="77777777" w:rsidTr="00A759DB">
        <w:trPr>
          <w:jc w:val="center"/>
        </w:trPr>
        <w:tc>
          <w:tcPr>
            <w:tcW w:w="1653" w:type="dxa"/>
            <w:vAlign w:val="center"/>
          </w:tcPr>
          <w:p w14:paraId="5E021BDF" w14:textId="747E18AF" w:rsidR="00F3505C" w:rsidRP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4 мая</w:t>
            </w:r>
          </w:p>
        </w:tc>
        <w:tc>
          <w:tcPr>
            <w:tcW w:w="2060" w:type="dxa"/>
            <w:vAlign w:val="center"/>
          </w:tcPr>
          <w:p w14:paraId="11F4114E" w14:textId="535966BC" w:rsidR="00F3505C" w:rsidRDefault="00F3505C">
            <w:pPr>
              <w:spacing w:after="0"/>
              <w:jc w:val="center"/>
              <w:rPr>
                <w:sz w:val="16"/>
              </w:rPr>
            </w:pPr>
            <w:r>
              <w:rPr>
                <w:sz w:val="16"/>
                <w:lang w:val="ru-RU"/>
              </w:rPr>
              <w:t>А</w:t>
            </w:r>
            <w:proofErr w:type="spellStart"/>
            <w:r w:rsidRPr="00F3505C">
              <w:rPr>
                <w:sz w:val="16"/>
              </w:rPr>
              <w:t>кци</w:t>
            </w:r>
            <w:proofErr w:type="spellEnd"/>
            <w:r>
              <w:rPr>
                <w:sz w:val="16"/>
                <w:lang w:val="ru-RU"/>
              </w:rPr>
              <w:t>я</w:t>
            </w:r>
            <w:r w:rsidRPr="00F3505C">
              <w:rPr>
                <w:sz w:val="16"/>
              </w:rPr>
              <w:t xml:space="preserve"> «</w:t>
            </w:r>
            <w:proofErr w:type="spellStart"/>
            <w:r w:rsidRPr="00F3505C">
              <w:rPr>
                <w:sz w:val="16"/>
              </w:rPr>
              <w:t>Георгиевская</w:t>
            </w:r>
            <w:proofErr w:type="spellEnd"/>
            <w:r w:rsidRPr="00F3505C">
              <w:rPr>
                <w:sz w:val="16"/>
              </w:rPr>
              <w:t xml:space="preserve"> </w:t>
            </w:r>
            <w:proofErr w:type="spellStart"/>
            <w:r w:rsidRPr="00F3505C">
              <w:rPr>
                <w:sz w:val="16"/>
              </w:rPr>
              <w:t>ленточка</w:t>
            </w:r>
            <w:proofErr w:type="spellEnd"/>
            <w:r w:rsidRPr="00F3505C">
              <w:rPr>
                <w:sz w:val="16"/>
              </w:rPr>
              <w:t>»</w:t>
            </w:r>
          </w:p>
        </w:tc>
        <w:tc>
          <w:tcPr>
            <w:tcW w:w="4475" w:type="dxa"/>
            <w:vAlign w:val="center"/>
          </w:tcPr>
          <w:p w14:paraId="5B48A843" w14:textId="7077A96F" w:rsidR="00F3505C" w:rsidRPr="00CA71E6" w:rsidRDefault="00F3505C">
            <w:pPr>
              <w:spacing w:after="0"/>
              <w:rPr>
                <w:sz w:val="16"/>
                <w:lang w:val="ru-RU"/>
              </w:rPr>
            </w:pPr>
            <w:r w:rsidRPr="00F3505C">
              <w:rPr>
                <w:sz w:val="16"/>
                <w:lang w:val="ru-RU"/>
              </w:rPr>
              <w:t>Прошла значимая патриотическая акция</w:t>
            </w:r>
          </w:p>
        </w:tc>
        <w:tc>
          <w:tcPr>
            <w:tcW w:w="2171" w:type="dxa"/>
          </w:tcPr>
          <w:p w14:paraId="0D6C04C2" w14:textId="4AD3B0DC" w:rsidR="00F3505C" w:rsidRPr="00CA71E6" w:rsidRDefault="00F3505C">
            <w:pPr>
              <w:spacing w:after="0"/>
              <w:rPr>
                <w:sz w:val="16"/>
                <w:lang w:val="ru-RU"/>
              </w:rPr>
            </w:pPr>
            <w:hyperlink r:id="rId18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https://vk.com/wall-195695333_3511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F3505C" w:rsidRPr="00AE1A9B" w14:paraId="614BB39B" w14:textId="77777777" w:rsidTr="00A759DB">
        <w:trPr>
          <w:jc w:val="center"/>
        </w:trPr>
        <w:tc>
          <w:tcPr>
            <w:tcW w:w="1653" w:type="dxa"/>
            <w:vAlign w:val="center"/>
          </w:tcPr>
          <w:p w14:paraId="661AFC9D" w14:textId="16CACC2F" w:rsid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7 мая</w:t>
            </w:r>
          </w:p>
        </w:tc>
        <w:tc>
          <w:tcPr>
            <w:tcW w:w="2060" w:type="dxa"/>
            <w:vAlign w:val="center"/>
          </w:tcPr>
          <w:p w14:paraId="345A0168" w14:textId="65994F08" w:rsid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 w:rsidRPr="00F3505C">
              <w:rPr>
                <w:sz w:val="16"/>
                <w:lang w:val="ru-RU"/>
              </w:rPr>
              <w:t>Акции «Читаем детям о войне»</w:t>
            </w:r>
          </w:p>
        </w:tc>
        <w:tc>
          <w:tcPr>
            <w:tcW w:w="4475" w:type="dxa"/>
            <w:vAlign w:val="center"/>
          </w:tcPr>
          <w:p w14:paraId="7BF4BB9C" w14:textId="59B92E04" w:rsidR="00F3505C" w:rsidRPr="00F3505C" w:rsidRDefault="00F3505C">
            <w:pPr>
              <w:spacing w:after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</w:t>
            </w:r>
            <w:r w:rsidRPr="00F3505C">
              <w:rPr>
                <w:sz w:val="16"/>
                <w:lang w:val="ru-RU"/>
              </w:rPr>
              <w:t>рошло особенное мероприятие, посвященное памяти о Великой Отечественной войне</w:t>
            </w:r>
          </w:p>
        </w:tc>
        <w:tc>
          <w:tcPr>
            <w:tcW w:w="2171" w:type="dxa"/>
          </w:tcPr>
          <w:p w14:paraId="76CE3ECA" w14:textId="1676B16A" w:rsidR="00F3505C" w:rsidRDefault="00F3505C">
            <w:pPr>
              <w:spacing w:after="0"/>
              <w:rPr>
                <w:sz w:val="16"/>
                <w:lang w:val="ru-RU"/>
              </w:rPr>
            </w:pPr>
            <w:hyperlink r:id="rId19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https://vk.com/wall-195695333_3518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2CA589A4" w14:textId="794C2B47" w:rsidTr="00A759DB">
        <w:trPr>
          <w:jc w:val="center"/>
        </w:trPr>
        <w:tc>
          <w:tcPr>
            <w:tcW w:w="1653" w:type="dxa"/>
            <w:vAlign w:val="center"/>
          </w:tcPr>
          <w:p w14:paraId="4BFD6614" w14:textId="4331E68E" w:rsidR="001C6E8C" w:rsidRDefault="00F3505C">
            <w:pPr>
              <w:spacing w:after="0"/>
              <w:jc w:val="center"/>
            </w:pPr>
            <w:r>
              <w:rPr>
                <w:sz w:val="16"/>
                <w:lang w:val="ru-RU"/>
              </w:rPr>
              <w:t>8</w:t>
            </w:r>
            <w:r w:rsidR="001C6E8C">
              <w:rPr>
                <w:sz w:val="16"/>
              </w:rPr>
              <w:t xml:space="preserve"> </w:t>
            </w:r>
            <w:proofErr w:type="spellStart"/>
            <w:r w:rsidR="001C6E8C"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5341F0FF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Победы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475" w:type="dxa"/>
            <w:vAlign w:val="center"/>
          </w:tcPr>
          <w:p w14:paraId="23C73769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Проведены памятные мероприятия, акции, концерты, возложение цветов, оформление школьного пространства, участие в патриотических инициативах.</w:t>
            </w:r>
          </w:p>
        </w:tc>
        <w:tc>
          <w:tcPr>
            <w:tcW w:w="2171" w:type="dxa"/>
          </w:tcPr>
          <w:p w14:paraId="7A254B29" w14:textId="05028EB3" w:rsidR="001C6E8C" w:rsidRPr="00CA71E6" w:rsidRDefault="00F3505C">
            <w:pPr>
              <w:spacing w:after="0"/>
              <w:rPr>
                <w:sz w:val="16"/>
                <w:lang w:val="ru-RU"/>
              </w:rPr>
            </w:pPr>
            <w:hyperlink r:id="rId20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https://vk.com/wall-195695333_3522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F3505C" w:rsidRPr="00AE1A9B" w14:paraId="32B05C71" w14:textId="77777777" w:rsidTr="00A759DB">
        <w:trPr>
          <w:jc w:val="center"/>
        </w:trPr>
        <w:tc>
          <w:tcPr>
            <w:tcW w:w="1653" w:type="dxa"/>
            <w:vAlign w:val="center"/>
          </w:tcPr>
          <w:p w14:paraId="5EE466AB" w14:textId="551FAC44" w:rsid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14 мая</w:t>
            </w:r>
          </w:p>
        </w:tc>
        <w:tc>
          <w:tcPr>
            <w:tcW w:w="2060" w:type="dxa"/>
            <w:vAlign w:val="center"/>
          </w:tcPr>
          <w:p w14:paraId="7B439718" w14:textId="364CC7D9" w:rsidR="00F3505C" w:rsidRPr="00F3505C" w:rsidRDefault="00F3505C">
            <w:pPr>
              <w:spacing w:after="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Финансовая грамотность </w:t>
            </w:r>
          </w:p>
        </w:tc>
        <w:tc>
          <w:tcPr>
            <w:tcW w:w="4475" w:type="dxa"/>
            <w:vAlign w:val="center"/>
          </w:tcPr>
          <w:p w14:paraId="6B085FEA" w14:textId="7A7D5FDD" w:rsidR="00F3505C" w:rsidRPr="00F3505C" w:rsidRDefault="00F3505C">
            <w:pPr>
              <w:spacing w:after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Проведена </w:t>
            </w:r>
            <w:r w:rsidRPr="00F3505C">
              <w:rPr>
                <w:sz w:val="16"/>
                <w:lang w:val="ru-RU"/>
              </w:rPr>
              <w:t>просветительск</w:t>
            </w:r>
            <w:r>
              <w:rPr>
                <w:sz w:val="16"/>
                <w:lang w:val="ru-RU"/>
              </w:rPr>
              <w:t xml:space="preserve">ая </w:t>
            </w:r>
            <w:r w:rsidRPr="00F3505C">
              <w:rPr>
                <w:sz w:val="16"/>
                <w:lang w:val="ru-RU"/>
              </w:rPr>
              <w:t>эстафет</w:t>
            </w:r>
            <w:r>
              <w:rPr>
                <w:sz w:val="16"/>
                <w:lang w:val="ru-RU"/>
              </w:rPr>
              <w:t>а</w:t>
            </w:r>
            <w:r w:rsidRPr="00F3505C">
              <w:rPr>
                <w:sz w:val="16"/>
                <w:lang w:val="ru-RU"/>
              </w:rPr>
              <w:t xml:space="preserve"> «Мои финансы»</w:t>
            </w:r>
          </w:p>
        </w:tc>
        <w:tc>
          <w:tcPr>
            <w:tcW w:w="2171" w:type="dxa"/>
          </w:tcPr>
          <w:p w14:paraId="3B5478F0" w14:textId="25EF4B72" w:rsidR="00F3505C" w:rsidRDefault="00F3505C">
            <w:pPr>
              <w:spacing w:after="0"/>
              <w:rPr>
                <w:sz w:val="16"/>
                <w:lang w:val="ru-RU"/>
              </w:rPr>
            </w:pPr>
            <w:hyperlink r:id="rId21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https://vk.com/wall-195695333_3533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64C29E45" w14:textId="03C15437" w:rsidTr="00A759DB">
        <w:trPr>
          <w:jc w:val="center"/>
        </w:trPr>
        <w:tc>
          <w:tcPr>
            <w:tcW w:w="1653" w:type="dxa"/>
            <w:vAlign w:val="center"/>
          </w:tcPr>
          <w:p w14:paraId="659E31E4" w14:textId="77777777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 xml:space="preserve">18 </w:t>
            </w:r>
            <w:proofErr w:type="spellStart"/>
            <w:r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00ECE574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Международный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музеев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475" w:type="dxa"/>
            <w:vAlign w:val="center"/>
          </w:tcPr>
          <w:p w14:paraId="1B2B3CA7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Организованы выставки, музейные уроки, мини-экспозиции и просветительские активности.</w:t>
            </w:r>
          </w:p>
        </w:tc>
        <w:tc>
          <w:tcPr>
            <w:tcW w:w="2171" w:type="dxa"/>
          </w:tcPr>
          <w:p w14:paraId="2AC8803F" w14:textId="683BABA2" w:rsidR="001C6E8C" w:rsidRPr="00CA71E6" w:rsidRDefault="00B926D4">
            <w:pPr>
              <w:spacing w:after="0"/>
              <w:rPr>
                <w:sz w:val="16"/>
                <w:lang w:val="ru-RU"/>
              </w:rPr>
            </w:pPr>
            <w:hyperlink r:id="rId22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https://vk.com/wall-195695333_3558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4FAA7CE6" w14:textId="68ECC88D" w:rsidTr="00A759DB">
        <w:trPr>
          <w:jc w:val="center"/>
        </w:trPr>
        <w:tc>
          <w:tcPr>
            <w:tcW w:w="1653" w:type="dxa"/>
            <w:vAlign w:val="center"/>
          </w:tcPr>
          <w:p w14:paraId="193EACF9" w14:textId="77777777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 xml:space="preserve">19 </w:t>
            </w:r>
            <w:proofErr w:type="spellStart"/>
            <w:r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147E9DD5" w14:textId="77777777" w:rsidR="001C6E8C" w:rsidRDefault="001C6E8C">
            <w:pPr>
              <w:spacing w:after="0"/>
              <w:jc w:val="center"/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детских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общественных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организаций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475" w:type="dxa"/>
            <w:vAlign w:val="center"/>
          </w:tcPr>
          <w:p w14:paraId="5879B1E5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 xml:space="preserve">Проведены мероприятия, посвящённые деятельности детских объединений: Движение Первых, Орлята России, </w:t>
            </w:r>
            <w:proofErr w:type="spellStart"/>
            <w:r w:rsidRPr="00CA71E6">
              <w:rPr>
                <w:sz w:val="16"/>
                <w:lang w:val="ru-RU"/>
              </w:rPr>
              <w:t>Юнармия</w:t>
            </w:r>
            <w:proofErr w:type="spellEnd"/>
            <w:r w:rsidRPr="00CA71E6">
              <w:rPr>
                <w:sz w:val="16"/>
                <w:lang w:val="ru-RU"/>
              </w:rPr>
              <w:t xml:space="preserve">, юннаты, волонтёры, </w:t>
            </w:r>
            <w:proofErr w:type="spellStart"/>
            <w:r w:rsidRPr="00CA71E6">
              <w:rPr>
                <w:sz w:val="16"/>
                <w:lang w:val="ru-RU"/>
              </w:rPr>
              <w:t>медиацентр</w:t>
            </w:r>
            <w:proofErr w:type="spellEnd"/>
            <w:r w:rsidRPr="00CA71E6">
              <w:rPr>
                <w:sz w:val="16"/>
                <w:lang w:val="ru-RU"/>
              </w:rPr>
              <w:t xml:space="preserve"> и другие активы школы.</w:t>
            </w:r>
          </w:p>
        </w:tc>
        <w:tc>
          <w:tcPr>
            <w:tcW w:w="2171" w:type="dxa"/>
          </w:tcPr>
          <w:p w14:paraId="5ED6B6FE" w14:textId="52853113" w:rsidR="001C6E8C" w:rsidRPr="00CA71E6" w:rsidRDefault="00B926D4">
            <w:pPr>
              <w:spacing w:after="0"/>
              <w:rPr>
                <w:sz w:val="16"/>
                <w:lang w:val="ru-RU"/>
              </w:rPr>
            </w:pPr>
            <w:hyperlink r:id="rId23" w:history="1">
              <w:r w:rsidRPr="00A22E70">
                <w:rPr>
                  <w:rStyle w:val="aff8"/>
                  <w:sz w:val="16"/>
                  <w:lang w:val="ru-RU"/>
                </w:rPr>
                <w:t>https://vk.com/wall-195695333_3542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34A2344A" w14:textId="6E370C15" w:rsidTr="00A759DB">
        <w:trPr>
          <w:jc w:val="center"/>
        </w:trPr>
        <w:tc>
          <w:tcPr>
            <w:tcW w:w="1653" w:type="dxa"/>
            <w:vAlign w:val="center"/>
          </w:tcPr>
          <w:p w14:paraId="5A86742C" w14:textId="77777777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 xml:space="preserve">24 </w:t>
            </w:r>
            <w:proofErr w:type="spellStart"/>
            <w:r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7323960C" w14:textId="77777777" w:rsidR="001C6E8C" w:rsidRPr="00CA71E6" w:rsidRDefault="001C6E8C">
            <w:pPr>
              <w:spacing w:after="0"/>
              <w:jc w:val="center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День славянской письменности и культуры.</w:t>
            </w:r>
          </w:p>
        </w:tc>
        <w:tc>
          <w:tcPr>
            <w:tcW w:w="4475" w:type="dxa"/>
            <w:vAlign w:val="center"/>
          </w:tcPr>
          <w:p w14:paraId="374030F0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Проведены познавательные и творческие мероприятия о кириллице, славянской культуре, языке и письменности.</w:t>
            </w:r>
          </w:p>
        </w:tc>
        <w:tc>
          <w:tcPr>
            <w:tcW w:w="2171" w:type="dxa"/>
          </w:tcPr>
          <w:p w14:paraId="50D76B5A" w14:textId="60A0E1D8" w:rsidR="001C6E8C" w:rsidRPr="00CA71E6" w:rsidRDefault="00A759DB">
            <w:pPr>
              <w:spacing w:after="0"/>
              <w:rPr>
                <w:sz w:val="16"/>
                <w:lang w:val="ru-RU"/>
              </w:rPr>
            </w:pPr>
            <w:hyperlink r:id="rId24" w:history="1">
              <w:r w:rsidRPr="00A22E70">
                <w:rPr>
                  <w:rStyle w:val="aff8"/>
                  <w:sz w:val="16"/>
                  <w:lang w:val="ru-RU"/>
                </w:rPr>
                <w:t>https://uyut.rostovschool.ru/news-svc/item?id=1226139&amp;lang=ru&amp;type=news&amp;site_type=school</w:t>
              </w:r>
            </w:hyperlink>
            <w:r>
              <w:rPr>
                <w:sz w:val="16"/>
                <w:lang w:val="ru-RU"/>
              </w:rPr>
              <w:t xml:space="preserve"> </w:t>
            </w:r>
          </w:p>
        </w:tc>
      </w:tr>
      <w:tr w:rsidR="001C6E8C" w:rsidRPr="00AE1A9B" w14:paraId="468631AF" w14:textId="733E40EC" w:rsidTr="00A759DB">
        <w:trPr>
          <w:jc w:val="center"/>
        </w:trPr>
        <w:tc>
          <w:tcPr>
            <w:tcW w:w="1653" w:type="dxa"/>
            <w:vAlign w:val="center"/>
          </w:tcPr>
          <w:p w14:paraId="4DBCD133" w14:textId="77777777" w:rsidR="001C6E8C" w:rsidRDefault="001C6E8C">
            <w:pPr>
              <w:spacing w:after="0"/>
              <w:jc w:val="center"/>
            </w:pPr>
            <w:r>
              <w:rPr>
                <w:sz w:val="16"/>
              </w:rPr>
              <w:t xml:space="preserve">26 </w:t>
            </w:r>
            <w:proofErr w:type="spellStart"/>
            <w:r>
              <w:rPr>
                <w:sz w:val="16"/>
              </w:rPr>
              <w:t>мая</w:t>
            </w:r>
            <w:proofErr w:type="spellEnd"/>
          </w:p>
        </w:tc>
        <w:tc>
          <w:tcPr>
            <w:tcW w:w="2060" w:type="dxa"/>
            <w:vAlign w:val="center"/>
          </w:tcPr>
          <w:p w14:paraId="5FB274F5" w14:textId="77777777" w:rsidR="001C6E8C" w:rsidRPr="00CA71E6" w:rsidRDefault="001C6E8C" w:rsidP="00F3505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>Последний звонок. Акция «Самолётик Навигатор».</w:t>
            </w:r>
          </w:p>
        </w:tc>
        <w:tc>
          <w:tcPr>
            <w:tcW w:w="4475" w:type="dxa"/>
            <w:vAlign w:val="center"/>
          </w:tcPr>
          <w:p w14:paraId="5C3DB644" w14:textId="77777777" w:rsidR="001C6E8C" w:rsidRPr="00CA71E6" w:rsidRDefault="001C6E8C">
            <w:pPr>
              <w:spacing w:after="0"/>
              <w:rPr>
                <w:lang w:val="ru-RU"/>
              </w:rPr>
            </w:pPr>
            <w:r w:rsidRPr="00CA71E6">
              <w:rPr>
                <w:sz w:val="16"/>
                <w:lang w:val="ru-RU"/>
              </w:rPr>
              <w:t xml:space="preserve">Для выпускников организован символический финал школьного маршрута: первоклассники передают одиннадцатиклассникам самолётики с пожеланиями, </w:t>
            </w:r>
            <w:r w:rsidRPr="00CA71E6">
              <w:rPr>
                <w:sz w:val="16"/>
                <w:lang w:val="ru-RU"/>
              </w:rPr>
              <w:lastRenderedPageBreak/>
              <w:t>продолжая традицию наставничества и преемственности поколений.</w:t>
            </w:r>
          </w:p>
        </w:tc>
        <w:tc>
          <w:tcPr>
            <w:tcW w:w="2171" w:type="dxa"/>
          </w:tcPr>
          <w:p w14:paraId="364D86C9" w14:textId="77777777" w:rsidR="001C6E8C" w:rsidRPr="00CA71E6" w:rsidRDefault="001C6E8C">
            <w:pPr>
              <w:spacing w:after="0"/>
              <w:rPr>
                <w:sz w:val="16"/>
                <w:lang w:val="ru-RU"/>
              </w:rPr>
            </w:pPr>
          </w:p>
        </w:tc>
      </w:tr>
    </w:tbl>
    <w:p w14:paraId="04380F2E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5. Взаимодействие с детскими общественными объединениями</w:t>
      </w:r>
    </w:p>
    <w:p w14:paraId="75AB1A8B" w14:textId="7777777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Одним из ключевых направлений работы стало сопровождение деятельности детских общественных объединений, развитие школьного актива и создание условий для включения обучающихся в социально значимые дела.</w:t>
      </w:r>
    </w:p>
    <w:p w14:paraId="2635C519" w14:textId="77777777" w:rsidR="003E7702" w:rsidRPr="001C6E8C" w:rsidRDefault="00F150B1">
      <w:pPr>
        <w:spacing w:before="100" w:after="80"/>
        <w:rPr>
          <w:lang w:val="ru-RU"/>
        </w:rPr>
      </w:pPr>
      <w:r w:rsidRPr="001C6E8C">
        <w:rPr>
          <w:b/>
          <w:lang w:val="ru-RU"/>
        </w:rPr>
        <w:t xml:space="preserve">6. </w:t>
      </w:r>
      <w:proofErr w:type="spellStart"/>
      <w:r w:rsidRPr="001C6E8C">
        <w:rPr>
          <w:b/>
          <w:lang w:val="ru-RU"/>
        </w:rPr>
        <w:t>Медиацентр</w:t>
      </w:r>
      <w:proofErr w:type="spellEnd"/>
      <w:r w:rsidRPr="001C6E8C">
        <w:rPr>
          <w:b/>
          <w:lang w:val="ru-RU"/>
        </w:rPr>
        <w:t xml:space="preserve"> и Центр детских инициатив</w:t>
      </w:r>
    </w:p>
    <w:p w14:paraId="77D71AC8" w14:textId="7777777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 xml:space="preserve">Школьный </w:t>
      </w:r>
      <w:proofErr w:type="spellStart"/>
      <w:r w:rsidRPr="00CA71E6">
        <w:rPr>
          <w:lang w:val="ru-RU"/>
        </w:rPr>
        <w:t>медиацентр</w:t>
      </w:r>
      <w:proofErr w:type="spellEnd"/>
      <w:r w:rsidRPr="00CA71E6">
        <w:rPr>
          <w:lang w:val="ru-RU"/>
        </w:rPr>
        <w:t xml:space="preserve"> и Центр детских инициатив стали важными площадками для развития лидерских качеств, творческого потенциала и социальной активности обучающихся. Активисты принимали участие в подготовке и освещении воспитательных событий, создании фото- и видеоматериалов, публикаций для официальных ресурсов школы, оформлении мероприятий и реализации собственных инициатив.</w:t>
      </w:r>
    </w:p>
    <w:p w14:paraId="122B6E88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 xml:space="preserve">• </w:t>
      </w:r>
      <w:proofErr w:type="spellStart"/>
      <w:r w:rsidRPr="00CA71E6">
        <w:rPr>
          <w:lang w:val="ru-RU"/>
        </w:rPr>
        <w:t>Медиацентр</w:t>
      </w:r>
      <w:proofErr w:type="spellEnd"/>
      <w:r w:rsidRPr="00CA71E6">
        <w:rPr>
          <w:lang w:val="ru-RU"/>
        </w:rPr>
        <w:t xml:space="preserve"> обеспечивал информационное сопровождение школьных событий, подготовку публикаций, фото- и видеоматериалов, развитие навыков </w:t>
      </w:r>
      <w:proofErr w:type="spellStart"/>
      <w:r w:rsidRPr="00CA71E6">
        <w:rPr>
          <w:lang w:val="ru-RU"/>
        </w:rPr>
        <w:t>медиаграмотности</w:t>
      </w:r>
      <w:proofErr w:type="spellEnd"/>
      <w:r w:rsidRPr="00CA71E6">
        <w:rPr>
          <w:lang w:val="ru-RU"/>
        </w:rPr>
        <w:t xml:space="preserve"> и ответственного поведения в информационной среде.</w:t>
      </w:r>
    </w:p>
    <w:p w14:paraId="273C2542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Центр детских инициатив стал пространством для планирования и реализации идей обучающихся, поддержки школьного актива, подготовки мероприятий и вовлечения детей в общественную жизнь школы.</w:t>
      </w:r>
    </w:p>
    <w:p w14:paraId="496E2440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Ученическое самоуправление участвовало в обсуждении школьных дел, подготовке акций, праздников, тематических дней и мероприятий, направленных на развитие инициативности и ответственности.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36"/>
        <w:gridCol w:w="2536"/>
        <w:gridCol w:w="2536"/>
        <w:gridCol w:w="2536"/>
      </w:tblGrid>
      <w:tr w:rsidR="003E7702" w14:paraId="4579EED6" w14:textId="77777777" w:rsidTr="00CA71E6">
        <w:trPr>
          <w:tblHeader/>
          <w:jc w:val="center"/>
        </w:trPr>
        <w:tc>
          <w:tcPr>
            <w:tcW w:w="2536" w:type="dxa"/>
            <w:vAlign w:val="center"/>
          </w:tcPr>
          <w:p w14:paraId="21718BD6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Направление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1C0E4964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участников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6B224117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Основные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дела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1C27FF4D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Результат</w:t>
            </w:r>
            <w:proofErr w:type="spellEnd"/>
          </w:p>
        </w:tc>
      </w:tr>
      <w:tr w:rsidR="003E7702" w:rsidRPr="00AE1A9B" w14:paraId="2C27CB66" w14:textId="77777777" w:rsidTr="00CA71E6">
        <w:trPr>
          <w:jc w:val="center"/>
        </w:trPr>
        <w:tc>
          <w:tcPr>
            <w:tcW w:w="2536" w:type="dxa"/>
            <w:vAlign w:val="center"/>
          </w:tcPr>
          <w:p w14:paraId="71CC549E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Медиацентр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46D7192D" w14:textId="33523385" w:rsidR="003E7702" w:rsidRPr="00A10883" w:rsidRDefault="00A10883">
            <w:pPr>
              <w:spacing w:after="0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44ED9CDA" w14:textId="300CD8B2" w:rsidR="003E7702" w:rsidRPr="00A10883" w:rsidRDefault="00F150B1">
            <w:pPr>
              <w:spacing w:after="0"/>
              <w:jc w:val="center"/>
            </w:pPr>
            <w:proofErr w:type="spellStart"/>
            <w:r w:rsidRPr="00A10883">
              <w:rPr>
                <w:sz w:val="18"/>
              </w:rPr>
              <w:t>публикации</w:t>
            </w:r>
            <w:proofErr w:type="spellEnd"/>
            <w:r w:rsidRPr="00A10883">
              <w:rPr>
                <w:sz w:val="18"/>
              </w:rPr>
              <w:t xml:space="preserve">, </w:t>
            </w:r>
            <w:proofErr w:type="spellStart"/>
            <w:r w:rsidRPr="00A10883">
              <w:rPr>
                <w:sz w:val="18"/>
              </w:rPr>
              <w:t>фото</w:t>
            </w:r>
            <w:proofErr w:type="spellEnd"/>
            <w:r w:rsidRPr="00A10883">
              <w:rPr>
                <w:sz w:val="18"/>
              </w:rPr>
              <w:t xml:space="preserve">, </w:t>
            </w:r>
            <w:proofErr w:type="spellStart"/>
            <w:r w:rsidRPr="00A10883">
              <w:rPr>
                <w:sz w:val="18"/>
              </w:rPr>
              <w:t>видео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6AA7384D" w14:textId="77777777" w:rsidR="00AF2F89" w:rsidRPr="001C6E8C" w:rsidRDefault="006F5DBE">
            <w:pPr>
              <w:rPr>
                <w:lang w:val="ru-RU"/>
              </w:rPr>
            </w:pPr>
            <w:r w:rsidRPr="001C6E8C">
              <w:rPr>
                <w:sz w:val="22"/>
                <w:lang w:val="ru-RU"/>
              </w:rPr>
              <w:t xml:space="preserve">Обеспечено регулярное информационное сопровождение воспитательных событий, повысилась активность </w:t>
            </w:r>
            <w:proofErr w:type="spellStart"/>
            <w:r w:rsidRPr="001C6E8C">
              <w:rPr>
                <w:sz w:val="22"/>
                <w:lang w:val="ru-RU"/>
              </w:rPr>
              <w:t>юнкоров</w:t>
            </w:r>
            <w:proofErr w:type="spellEnd"/>
            <w:r w:rsidRPr="001C6E8C">
              <w:rPr>
                <w:sz w:val="22"/>
                <w:lang w:val="ru-RU"/>
              </w:rPr>
              <w:t xml:space="preserve"> и качество школьного контента.</w:t>
            </w:r>
          </w:p>
        </w:tc>
      </w:tr>
      <w:tr w:rsidR="003E7702" w:rsidRPr="00AE1A9B" w14:paraId="3687F12F" w14:textId="77777777" w:rsidTr="00CA71E6">
        <w:trPr>
          <w:jc w:val="center"/>
        </w:trPr>
        <w:tc>
          <w:tcPr>
            <w:tcW w:w="2536" w:type="dxa"/>
            <w:vAlign w:val="center"/>
          </w:tcPr>
          <w:p w14:paraId="0DB2D157" w14:textId="77777777" w:rsidR="003E7702" w:rsidRDefault="00F150B1">
            <w:pPr>
              <w:spacing w:after="0"/>
              <w:jc w:val="center"/>
            </w:pPr>
            <w:r>
              <w:rPr>
                <w:sz w:val="18"/>
              </w:rPr>
              <w:t>ЦДИ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20159C72" w14:textId="5AA6112B" w:rsidR="003E7702" w:rsidRPr="00A10883" w:rsidRDefault="00A10883">
            <w:pPr>
              <w:spacing w:after="0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781F90D6" w14:textId="07CE038D" w:rsidR="003E7702" w:rsidRPr="00A10883" w:rsidRDefault="00A10883">
            <w:pPr>
              <w:spacing w:after="0"/>
              <w:jc w:val="center"/>
            </w:pPr>
            <w:r w:rsidRPr="00A10883">
              <w:rPr>
                <w:sz w:val="18"/>
                <w:lang w:val="ru-RU"/>
              </w:rPr>
              <w:t>и</w:t>
            </w:r>
            <w:proofErr w:type="spellStart"/>
            <w:r w:rsidR="00F150B1" w:rsidRPr="00A10883">
              <w:rPr>
                <w:sz w:val="18"/>
              </w:rPr>
              <w:t>нициативы</w:t>
            </w:r>
            <w:proofErr w:type="spellEnd"/>
            <w:r w:rsidR="00F150B1" w:rsidRPr="00A10883">
              <w:rPr>
                <w:sz w:val="18"/>
              </w:rPr>
              <w:t xml:space="preserve">, </w:t>
            </w:r>
            <w:proofErr w:type="spellStart"/>
            <w:r w:rsidR="00F150B1" w:rsidRPr="00A10883">
              <w:rPr>
                <w:sz w:val="18"/>
              </w:rPr>
              <w:t>акции</w:t>
            </w:r>
            <w:proofErr w:type="spellEnd"/>
            <w:r w:rsidR="00F150B1" w:rsidRPr="00A10883">
              <w:rPr>
                <w:sz w:val="18"/>
              </w:rPr>
              <w:t xml:space="preserve">, </w:t>
            </w:r>
            <w:proofErr w:type="spellStart"/>
            <w:r w:rsidR="00F150B1" w:rsidRPr="00A10883">
              <w:rPr>
                <w:sz w:val="18"/>
              </w:rPr>
              <w:t>события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6E045042" w14:textId="77777777" w:rsidR="00AF2F89" w:rsidRPr="001C6E8C" w:rsidRDefault="006F5DBE">
            <w:pPr>
              <w:rPr>
                <w:lang w:val="ru-RU"/>
              </w:rPr>
            </w:pPr>
            <w:r w:rsidRPr="001C6E8C">
              <w:rPr>
                <w:sz w:val="22"/>
                <w:lang w:val="ru-RU"/>
              </w:rPr>
              <w:t>Центр стал площадкой для обсуждения идей, подготовки мероприятий и включения обучающихся в социально значимые инициативы.</w:t>
            </w:r>
          </w:p>
        </w:tc>
      </w:tr>
      <w:tr w:rsidR="003E7702" w:rsidRPr="00AE1A9B" w14:paraId="0C752EB5" w14:textId="77777777" w:rsidTr="00CA71E6">
        <w:trPr>
          <w:jc w:val="center"/>
        </w:trPr>
        <w:tc>
          <w:tcPr>
            <w:tcW w:w="2536" w:type="dxa"/>
            <w:vAlign w:val="center"/>
          </w:tcPr>
          <w:p w14:paraId="183C5FA2" w14:textId="77777777" w:rsidR="003E7702" w:rsidRDefault="00F150B1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Ученическое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самоуправление</w:t>
            </w:r>
            <w:proofErr w:type="spellEnd"/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5F2D8F3C" w14:textId="11D5DABA" w:rsidR="003E7702" w:rsidRPr="00A10883" w:rsidRDefault="00A10883">
            <w:pPr>
              <w:spacing w:after="0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11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71DCD247" w14:textId="0960D90D" w:rsidR="003E7702" w:rsidRPr="00A10883" w:rsidRDefault="00F150B1">
            <w:pPr>
              <w:spacing w:after="0"/>
              <w:jc w:val="center"/>
              <w:rPr>
                <w:lang w:val="ru-RU"/>
              </w:rPr>
            </w:pPr>
            <w:r w:rsidRPr="00A10883">
              <w:rPr>
                <w:sz w:val="18"/>
                <w:lang w:val="ru-RU"/>
              </w:rPr>
              <w:t>заседания, планирование, помощь в мероприятиях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3F7BD3B2" w14:textId="77777777" w:rsidR="00AF2F89" w:rsidRPr="001C6E8C" w:rsidRDefault="006F5DBE">
            <w:pPr>
              <w:rPr>
                <w:lang w:val="ru-RU"/>
              </w:rPr>
            </w:pPr>
            <w:r w:rsidRPr="001C6E8C">
              <w:rPr>
                <w:sz w:val="22"/>
                <w:lang w:val="ru-RU"/>
              </w:rPr>
              <w:t xml:space="preserve">Активисты получили опыт планирования, </w:t>
            </w:r>
            <w:r w:rsidRPr="001C6E8C">
              <w:rPr>
                <w:sz w:val="22"/>
                <w:lang w:val="ru-RU"/>
              </w:rPr>
              <w:lastRenderedPageBreak/>
              <w:t>распределения обязанностей, командной работы и ответственности за общее дело.</w:t>
            </w:r>
          </w:p>
        </w:tc>
      </w:tr>
    </w:tbl>
    <w:p w14:paraId="068D7D78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lastRenderedPageBreak/>
        <w:t>7. Работа с педагогами, родителями и социальными партнёрами</w:t>
      </w:r>
    </w:p>
    <w:p w14:paraId="7D132268" w14:textId="557BE051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Советник директора по воспитанию взаимодействовал</w:t>
      </w:r>
      <w:r w:rsidR="00A10883">
        <w:rPr>
          <w:lang w:val="ru-RU"/>
        </w:rPr>
        <w:t xml:space="preserve">а </w:t>
      </w:r>
      <w:r w:rsidRPr="00CA71E6">
        <w:rPr>
          <w:lang w:val="ru-RU"/>
        </w:rPr>
        <w:t>с администрацией школы, заместителем директора по воспитательной работе, классными руководителями, педагогом-организатором, социальным педагогом, педагогом-психологом, руководителями детских объединений, родительской общественностью, муниципальными и региональными координаторами.</w:t>
      </w:r>
    </w:p>
    <w:p w14:paraId="621BEA5D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участие в административных совещаниях, заседаниях методического объединения классных руководителей, педагогических советах и рабочих встречах;</w:t>
      </w:r>
    </w:p>
    <w:p w14:paraId="63FAD1EB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оказание методической помощи классным руководителям при организации Дней единых действий, классных встреч, акций и воспитательных событий;</w:t>
      </w:r>
    </w:p>
    <w:p w14:paraId="2853FFEF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 xml:space="preserve">• информирование родителей о возможностях участия детей в Движении Первых, Орлятах России, </w:t>
      </w:r>
      <w:proofErr w:type="spellStart"/>
      <w:r w:rsidRPr="00CA71E6">
        <w:rPr>
          <w:lang w:val="ru-RU"/>
        </w:rPr>
        <w:t>Юнармии</w:t>
      </w:r>
      <w:proofErr w:type="spellEnd"/>
      <w:r w:rsidRPr="00CA71E6">
        <w:rPr>
          <w:lang w:val="ru-RU"/>
        </w:rPr>
        <w:t>, волонтёрских и экологических инициативах;</w:t>
      </w:r>
    </w:p>
    <w:p w14:paraId="398E4C51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взаимодействие с учреждениями культуры, спорта, дополнительного образования, общественными организациями и партнёрами по реализации воспитательных мероприятий.</w:t>
      </w:r>
    </w:p>
    <w:p w14:paraId="231286C2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8. Информационное сопровождение</w:t>
      </w:r>
    </w:p>
    <w:p w14:paraId="18C89752" w14:textId="7777777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Все значимые мероприятия освещались на официальных информационных ресурсах образовательной организации. Публикации способствовали формированию положительного имиджа школы, распространению успешного опыта воспитательной работы, информированию родителей и общественности о деятельности детских объединений и школьного актива.</w:t>
      </w:r>
    </w:p>
    <w:p w14:paraId="13AF3B12" w14:textId="0C596AC1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 xml:space="preserve">9. Результаты деятельности </w:t>
      </w:r>
    </w:p>
    <w:p w14:paraId="4479D9BC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обеспечено системное участие обучающихся в календаре Дней единых действий и ключевых воспитательных событиях школы;</w:t>
      </w:r>
    </w:p>
    <w:p w14:paraId="11A2E3FB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активизирована деятельность первичного отделения РДДМ «Движение Первых», Совета Первых и школьного актива;</w:t>
      </w:r>
    </w:p>
    <w:p w14:paraId="6D0D4173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повысилась вовлечённость обучающихся в социально значимые акции, творческие, патриотические, экологические, спортивные и культурно-просветительские мероприятия;</w:t>
      </w:r>
    </w:p>
    <w:p w14:paraId="3094D336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созданы условия для развития лидерских качеств, инициативности, ответственности, командного взаимодействия и гражданской позиции обучающихся;</w:t>
      </w:r>
    </w:p>
    <w:p w14:paraId="587790F6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обеспечено информационное сопровождение воспитательных мероприятий и распространение положительного опыта работы школы.</w:t>
      </w:r>
    </w:p>
    <w:p w14:paraId="7E011F1B" w14:textId="77777777" w:rsidR="003E7702" w:rsidRPr="00CA71E6" w:rsidRDefault="00F150B1">
      <w:pPr>
        <w:spacing w:after="80"/>
        <w:rPr>
          <w:lang w:val="ru-RU"/>
        </w:rPr>
      </w:pPr>
      <w:r w:rsidRPr="001C6E8C">
        <w:rPr>
          <w:lang w:val="ru-RU"/>
        </w:rPr>
        <w:t>Общий охват обучающихся воспитательными мероприятиями составил значительную часть школьного коллектива. Количество проведённых мероприятий, акций, проектов и событий подтверждает системный характер воспитательной работы и устойчивое участие обучающихся в социально значимой деятельности.</w:t>
      </w:r>
    </w:p>
    <w:p w14:paraId="0C1344AD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lastRenderedPageBreak/>
        <w:t>10. Проблемные вопросы и точки роста</w:t>
      </w:r>
    </w:p>
    <w:p w14:paraId="5A3E49AF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необходимость дальнейшего расширения участия обучающихся в конкурсах и проектах муниципального, регионального и всероссийского уровней;</w:t>
      </w:r>
    </w:p>
    <w:p w14:paraId="229D9831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повышение активности родителей в совместных воспитательных событиях;</w:t>
      </w:r>
    </w:p>
    <w:p w14:paraId="12E44C92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развитие устойчивой системы наставничества между старшими и младшими школьниками;</w:t>
      </w:r>
    </w:p>
    <w:p w14:paraId="2FCD1510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 xml:space="preserve">• развитие школьного </w:t>
      </w:r>
      <w:proofErr w:type="spellStart"/>
      <w:r w:rsidRPr="00CA71E6">
        <w:rPr>
          <w:lang w:val="ru-RU"/>
        </w:rPr>
        <w:t>медиацентра</w:t>
      </w:r>
      <w:proofErr w:type="spellEnd"/>
      <w:r w:rsidRPr="00CA71E6">
        <w:rPr>
          <w:lang w:val="ru-RU"/>
        </w:rPr>
        <w:t xml:space="preserve">, повышение качества медиаконтента и вовлечённости </w:t>
      </w:r>
      <w:proofErr w:type="spellStart"/>
      <w:r w:rsidRPr="00CA71E6">
        <w:rPr>
          <w:lang w:val="ru-RU"/>
        </w:rPr>
        <w:t>юнкоров</w:t>
      </w:r>
      <w:proofErr w:type="spellEnd"/>
      <w:r w:rsidRPr="00CA71E6">
        <w:rPr>
          <w:lang w:val="ru-RU"/>
        </w:rPr>
        <w:t>.</w:t>
      </w:r>
    </w:p>
    <w:p w14:paraId="69ADDD21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11. Планы на 2026–2027 учебный год</w:t>
      </w:r>
    </w:p>
    <w:p w14:paraId="4E091E6B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продолжить системную реализацию Дней единых действий и участие в акциях Движения Первых;</w:t>
      </w:r>
    </w:p>
    <w:p w14:paraId="4EE0CA22" w14:textId="7CB4481D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расширить деятельность первичного отделения «Движение Первых», Совета Первых и Центра детских инициатив;</w:t>
      </w:r>
    </w:p>
    <w:p w14:paraId="20B75D56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увеличить количество обучающихся, вовлечённых в программы «Орлята России», «</w:t>
      </w:r>
      <w:proofErr w:type="spellStart"/>
      <w:r w:rsidRPr="00CA71E6">
        <w:rPr>
          <w:lang w:val="ru-RU"/>
        </w:rPr>
        <w:t>Юнармия</w:t>
      </w:r>
      <w:proofErr w:type="spellEnd"/>
      <w:r w:rsidRPr="00CA71E6">
        <w:rPr>
          <w:lang w:val="ru-RU"/>
        </w:rPr>
        <w:t xml:space="preserve">», волонтёрское движение </w:t>
      </w:r>
      <w:proofErr w:type="spellStart"/>
      <w:r w:rsidRPr="00CA71E6">
        <w:rPr>
          <w:lang w:val="ru-RU"/>
        </w:rPr>
        <w:t>Добро.РФ</w:t>
      </w:r>
      <w:proofErr w:type="spellEnd"/>
      <w:r w:rsidRPr="00CA71E6">
        <w:rPr>
          <w:lang w:val="ru-RU"/>
        </w:rPr>
        <w:t>, юннатское и экологическое направления;</w:t>
      </w:r>
    </w:p>
    <w:p w14:paraId="35845DB2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развивать традицию наставничества, в том числе через акцию «Самолётик Навигатор» и мероприятия преемственности между уровнями образования;</w:t>
      </w:r>
    </w:p>
    <w:p w14:paraId="320B4B02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усилить работу по гражданско-патриотическому, духовно-нравственному, экологическому и профориентационному воспитанию;</w:t>
      </w:r>
    </w:p>
    <w:p w14:paraId="7649614B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 xml:space="preserve">• совершенствовать информационное сопровождение воспитательной работы и работу школьного </w:t>
      </w:r>
      <w:proofErr w:type="spellStart"/>
      <w:r w:rsidRPr="00CA71E6">
        <w:rPr>
          <w:lang w:val="ru-RU"/>
        </w:rPr>
        <w:t>медиацентра</w:t>
      </w:r>
      <w:proofErr w:type="spellEnd"/>
      <w:r w:rsidRPr="00CA71E6">
        <w:rPr>
          <w:lang w:val="ru-RU"/>
        </w:rPr>
        <w:t>;</w:t>
      </w:r>
    </w:p>
    <w:p w14:paraId="782664B7" w14:textId="77777777" w:rsidR="003E7702" w:rsidRPr="00CA71E6" w:rsidRDefault="00F150B1">
      <w:pPr>
        <w:spacing w:after="40"/>
        <w:ind w:left="397" w:hanging="198"/>
        <w:rPr>
          <w:lang w:val="ru-RU"/>
        </w:rPr>
      </w:pPr>
      <w:r w:rsidRPr="00CA71E6">
        <w:rPr>
          <w:lang w:val="ru-RU"/>
        </w:rPr>
        <w:t>• продолжить методическое взаимодействие с классными руководителями, родителями и социальными партнёрами.</w:t>
      </w:r>
    </w:p>
    <w:p w14:paraId="73F2C507" w14:textId="77777777" w:rsidR="003E7702" w:rsidRPr="00CA71E6" w:rsidRDefault="00F150B1">
      <w:pPr>
        <w:spacing w:before="100" w:after="80"/>
        <w:rPr>
          <w:lang w:val="ru-RU"/>
        </w:rPr>
      </w:pPr>
      <w:r w:rsidRPr="00CA71E6">
        <w:rPr>
          <w:b/>
          <w:lang w:val="ru-RU"/>
        </w:rPr>
        <w:t>12. Заключение</w:t>
      </w:r>
    </w:p>
    <w:p w14:paraId="437D83D2" w14:textId="2B3F7FD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Итоги учебного года показывают, что деятельность советника директора по воспитанию и взаимодействию с детскими общественными объединениями является важной частью воспитательной системы образовательной организации. Благодаря совместной работе администрации, педагогов, классных руководителей, родителей, социальных партнёров и школьного актива были созданы условия для развития социальной активности обучающихся, укрепления традиционных российских духовно-нравственных ценностей, формирования гражданской ответственности, уважения к истории страны, готовности к добрым делам и участию в жизни школы.</w:t>
      </w:r>
    </w:p>
    <w:p w14:paraId="4136E6E1" w14:textId="77777777" w:rsidR="003E7702" w:rsidRPr="00CA71E6" w:rsidRDefault="00F150B1">
      <w:pPr>
        <w:spacing w:after="80"/>
        <w:rPr>
          <w:lang w:val="ru-RU"/>
        </w:rPr>
      </w:pPr>
      <w:r w:rsidRPr="00CA71E6">
        <w:rPr>
          <w:lang w:val="ru-RU"/>
        </w:rPr>
        <w:t>В следующем учебном году работа будет продолжена с акцентом на развитие детских инициатив, поддержку детских общественных объединений, расширение волонтёрской, патриотической, экологической и медийной деятельности, а также на повышение качества и результативности воспитательных событий.</w:t>
      </w:r>
    </w:p>
    <w:p w14:paraId="72442C8A" w14:textId="3E1825F6" w:rsidR="003E7702" w:rsidRPr="00CA71E6" w:rsidRDefault="003E7702">
      <w:pPr>
        <w:rPr>
          <w:lang w:val="ru-RU"/>
        </w:rPr>
      </w:pPr>
    </w:p>
    <w:sectPr w:rsidR="003E7702" w:rsidRPr="00CA71E6" w:rsidSect="00034616">
      <w:footerReference w:type="default" r:id="rId25"/>
      <w:pgSz w:w="12240" w:h="15840"/>
      <w:pgMar w:top="1134" w:right="850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5EBF7" w14:textId="77777777" w:rsidR="009708B6" w:rsidRDefault="009708B6">
      <w:pPr>
        <w:spacing w:after="0" w:line="240" w:lineRule="auto"/>
      </w:pPr>
      <w:r>
        <w:separator/>
      </w:r>
    </w:p>
  </w:endnote>
  <w:endnote w:type="continuationSeparator" w:id="0">
    <w:p w14:paraId="3276B29D" w14:textId="77777777" w:rsidR="009708B6" w:rsidRDefault="0097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7527A" w14:textId="77777777" w:rsidR="003E7702" w:rsidRPr="00CA71E6" w:rsidRDefault="003E7702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8066D" w14:textId="77777777" w:rsidR="009708B6" w:rsidRDefault="009708B6">
      <w:pPr>
        <w:spacing w:after="0" w:line="240" w:lineRule="auto"/>
      </w:pPr>
      <w:r>
        <w:separator/>
      </w:r>
    </w:p>
  </w:footnote>
  <w:footnote w:type="continuationSeparator" w:id="0">
    <w:p w14:paraId="67A73AF3" w14:textId="77777777" w:rsidR="009708B6" w:rsidRDefault="00970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E8C"/>
    <w:rsid w:val="0029639D"/>
    <w:rsid w:val="00326F90"/>
    <w:rsid w:val="003E7702"/>
    <w:rsid w:val="0054557B"/>
    <w:rsid w:val="006F5DBE"/>
    <w:rsid w:val="009708B6"/>
    <w:rsid w:val="00A10883"/>
    <w:rsid w:val="00A759DB"/>
    <w:rsid w:val="00AA1D8D"/>
    <w:rsid w:val="00AE1A9B"/>
    <w:rsid w:val="00AF2F89"/>
    <w:rsid w:val="00B47730"/>
    <w:rsid w:val="00B926D4"/>
    <w:rsid w:val="00CA71E6"/>
    <w:rsid w:val="00CB0664"/>
    <w:rsid w:val="00F150B1"/>
    <w:rsid w:val="00F350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1BF48"/>
  <w14:defaultImageDpi w14:val="300"/>
  <w15:docId w15:val="{3B824166-AB85-458E-9DCC-4A8D9A52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4557B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545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-234289173_53" TargetMode="External"/><Relationship Id="rId18" Type="http://schemas.openxmlformats.org/officeDocument/2006/relationships/hyperlink" Target="https://vk.com/wall-195695333_351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wall-195695333_353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-195695333_3400" TargetMode="External"/><Relationship Id="rId17" Type="http://schemas.openxmlformats.org/officeDocument/2006/relationships/hyperlink" Target="https://vk.com/wall-195695333_35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k.com/wall-195695333_3501" TargetMode="External"/><Relationship Id="rId20" Type="http://schemas.openxmlformats.org/officeDocument/2006/relationships/hyperlink" Target="https://vk.com/wall-195695333_35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95695333_3379" TargetMode="External"/><Relationship Id="rId24" Type="http://schemas.openxmlformats.org/officeDocument/2006/relationships/hyperlink" Target="https://uyut.rostovschool.ru/news-svc/item?id=1226139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5695333_3468" TargetMode="External"/><Relationship Id="rId23" Type="http://schemas.openxmlformats.org/officeDocument/2006/relationships/hyperlink" Target="https://vk.com/wall-195695333_3542" TargetMode="External"/><Relationship Id="rId10" Type="http://schemas.openxmlformats.org/officeDocument/2006/relationships/hyperlink" Target="https://vk.com/wall-195695333_3376" TargetMode="External"/><Relationship Id="rId19" Type="http://schemas.openxmlformats.org/officeDocument/2006/relationships/hyperlink" Target="https://vk.com/wall-195695333_35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95695333_3380" TargetMode="External"/><Relationship Id="rId14" Type="http://schemas.openxmlformats.org/officeDocument/2006/relationships/hyperlink" Target="https://vk.com/wall-195695333_3464" TargetMode="External"/><Relationship Id="rId22" Type="http://schemas.openxmlformats.org/officeDocument/2006/relationships/hyperlink" Target="https://vk.com/wall-195695333_35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4F08E0-66A9-43B8-A3E2-0F51EC25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1829</Words>
  <Characters>10428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Яна Коржова</cp:lastModifiedBy>
  <cp:revision>5</cp:revision>
  <dcterms:created xsi:type="dcterms:W3CDTF">2013-12-23T23:15:00Z</dcterms:created>
  <dcterms:modified xsi:type="dcterms:W3CDTF">2026-06-20T11:50:00Z</dcterms:modified>
  <cp:category/>
</cp:coreProperties>
</file>